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B4B6" w14:textId="77777777" w:rsidR="000E175E" w:rsidRDefault="000E175E">
      <w:pPr>
        <w:pStyle w:val="Heading1"/>
      </w:pPr>
      <w:r w:rsidRPr="00E95795">
        <w:rPr>
          <w:noProof/>
        </w:rPr>
        <w:drawing>
          <wp:anchor distT="0" distB="0" distL="114300" distR="114300" simplePos="0" relativeHeight="251659264" behindDoc="1" locked="0" layoutInCell="1" allowOverlap="1" wp14:anchorId="4A120A28" wp14:editId="51149945">
            <wp:simplePos x="0" y="0"/>
            <wp:positionH relativeFrom="column">
              <wp:posOffset>1968500</wp:posOffset>
            </wp:positionH>
            <wp:positionV relativeFrom="paragraph">
              <wp:posOffset>253</wp:posOffset>
            </wp:positionV>
            <wp:extent cx="1218142" cy="1509041"/>
            <wp:effectExtent l="0" t="0" r="1270" b="2540"/>
            <wp:wrapTight wrapText="bothSides">
              <wp:wrapPolygon edited="0">
                <wp:start x="0" y="0"/>
                <wp:lineTo x="0" y="21455"/>
                <wp:lineTo x="21397" y="21455"/>
                <wp:lineTo x="21397" y="0"/>
                <wp:lineTo x="0" y="0"/>
              </wp:wrapPolygon>
            </wp:wrapTight>
            <wp:docPr id="241884575" name="Picture 1" descr="A logo of a football te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884575" name="Picture 1" descr="A logo of a football team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8142" cy="1509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8780B" w14:textId="77777777" w:rsidR="000E175E" w:rsidRDefault="000E175E">
      <w:pPr>
        <w:pStyle w:val="Heading1"/>
      </w:pPr>
    </w:p>
    <w:p w14:paraId="4643208B" w14:textId="77777777" w:rsidR="000741A8" w:rsidRDefault="000741A8">
      <w:pPr>
        <w:pStyle w:val="Heading1"/>
      </w:pPr>
    </w:p>
    <w:p w14:paraId="0932143E" w14:textId="188876D2" w:rsidR="009C468D" w:rsidRDefault="000E175E">
      <w:pPr>
        <w:pStyle w:val="Heading1"/>
      </w:pPr>
      <w:r>
        <w:t>SWWGL</w:t>
      </w:r>
      <w:r w:rsidR="00000000">
        <w:t xml:space="preserve"> Grassroots Photography &amp; Video Recording Consent – League (Ve</w:t>
      </w:r>
      <w:r>
        <w:t>o</w:t>
      </w:r>
      <w:r w:rsidR="00000000">
        <w:t>)</w:t>
      </w:r>
    </w:p>
    <w:p w14:paraId="613F449F" w14:textId="77777777" w:rsidR="009C468D" w:rsidRDefault="009C468D"/>
    <w:p w14:paraId="53386725" w14:textId="77777777" w:rsidR="009C468D" w:rsidRDefault="00000000">
      <w:r>
        <w:t>This document aligns with Football Association of Wales (FAW) Safeguarding Children and Young People Regulations, FAW Photography &amp; Video Guidance, and UK GDPR requirements.</w:t>
      </w:r>
    </w:p>
    <w:p w14:paraId="35D9D90C" w14:textId="77777777" w:rsidR="009C468D" w:rsidRDefault="009C468D"/>
    <w:p w14:paraId="01687CB3" w14:textId="77777777" w:rsidR="009C468D" w:rsidRPr="000E175E" w:rsidRDefault="00000000">
      <w:pPr>
        <w:rPr>
          <w:b/>
          <w:bCs/>
          <w:i/>
          <w:iCs/>
        </w:rPr>
      </w:pPr>
      <w:r w:rsidRPr="000E175E">
        <w:rPr>
          <w:b/>
          <w:bCs/>
          <w:i/>
          <w:iCs/>
        </w:rPr>
        <w:t>1. Purpose of Filming</w:t>
      </w:r>
    </w:p>
    <w:p w14:paraId="2084A29D" w14:textId="77777777" w:rsidR="009C468D" w:rsidRDefault="00000000">
      <w:r>
        <w:t>The League uses Ve</w:t>
      </w:r>
      <w:r w:rsidR="000E175E">
        <w:t>o</w:t>
      </w:r>
      <w:r>
        <w:t xml:space="preserve"> camera technology to record grassroots football matches for:</w:t>
      </w:r>
    </w:p>
    <w:p w14:paraId="1B5F34BC" w14:textId="77777777" w:rsidR="009C468D" w:rsidRDefault="00000000">
      <w:r>
        <w:t>• Player development and coaching</w:t>
      </w:r>
    </w:p>
    <w:p w14:paraId="2E76CB28" w14:textId="77777777" w:rsidR="009C468D" w:rsidRDefault="00000000">
      <w:r>
        <w:t>• Match analysis and education</w:t>
      </w:r>
    </w:p>
    <w:p w14:paraId="1E5C77DE" w14:textId="77777777" w:rsidR="009C468D" w:rsidRDefault="00000000">
      <w:r>
        <w:t>• Promotion of the League and affiliated clubs</w:t>
      </w:r>
    </w:p>
    <w:p w14:paraId="5C6F2F90" w14:textId="77777777" w:rsidR="009C468D" w:rsidRDefault="00000000">
      <w:r>
        <w:t>• Sharing appropriate content on official League and Club communication channels and social media platforms</w:t>
      </w:r>
    </w:p>
    <w:p w14:paraId="30809A71" w14:textId="77777777" w:rsidR="009C468D" w:rsidRDefault="009C468D"/>
    <w:p w14:paraId="50B1AB3B" w14:textId="77777777" w:rsidR="009C468D" w:rsidRPr="000E175E" w:rsidRDefault="00000000">
      <w:pPr>
        <w:rPr>
          <w:b/>
          <w:bCs/>
          <w:i/>
          <w:iCs/>
        </w:rPr>
      </w:pPr>
      <w:r w:rsidRPr="000E175E">
        <w:rPr>
          <w:b/>
          <w:bCs/>
          <w:i/>
          <w:iCs/>
        </w:rPr>
        <w:t>2. Consent &amp; Club Responsibilities</w:t>
      </w:r>
    </w:p>
    <w:p w14:paraId="4B02C987" w14:textId="77777777" w:rsidR="009C468D" w:rsidRDefault="00000000">
      <w:r>
        <w:t>Clubs are responsible for obtaining informed written consent from:</w:t>
      </w:r>
    </w:p>
    <w:p w14:paraId="44FA2ABE" w14:textId="77777777" w:rsidR="009C468D" w:rsidRDefault="00000000">
      <w:r>
        <w:t>• All players aged 18 and over</w:t>
      </w:r>
    </w:p>
    <w:p w14:paraId="4C4687AD" w14:textId="77777777" w:rsidR="009C468D" w:rsidRDefault="00000000">
      <w:r>
        <w:t>• Parents or legal guardians of players under 18</w:t>
      </w:r>
    </w:p>
    <w:p w14:paraId="48CFCAB8" w14:textId="77777777" w:rsidR="009C468D" w:rsidRDefault="009C468D"/>
    <w:p w14:paraId="418AA83B" w14:textId="23B33C53" w:rsidR="000E175E" w:rsidRDefault="00000000">
      <w:r>
        <w:t>Clubs must securely store consent records and ensure all parties understand how footage may be used</w:t>
      </w:r>
      <w:r w:rsidR="000741A8">
        <w:t>.</w:t>
      </w:r>
    </w:p>
    <w:p w14:paraId="7F64B12D" w14:textId="77777777" w:rsidR="000E175E" w:rsidRDefault="000E175E"/>
    <w:p w14:paraId="54EE1211" w14:textId="77777777" w:rsidR="009C468D" w:rsidRPr="000E175E" w:rsidRDefault="00000000">
      <w:pPr>
        <w:rPr>
          <w:b/>
          <w:bCs/>
          <w:i/>
          <w:iCs/>
        </w:rPr>
      </w:pPr>
      <w:r w:rsidRPr="000E175E">
        <w:rPr>
          <w:b/>
          <w:bCs/>
          <w:i/>
          <w:iCs/>
        </w:rPr>
        <w:t>3. Non-Consent Procedure</w:t>
      </w:r>
    </w:p>
    <w:p w14:paraId="4C3806A5" w14:textId="77777777" w:rsidR="009C468D" w:rsidRDefault="00000000">
      <w:r>
        <w:t>If a parent or guardian does not consent:</w:t>
      </w:r>
    </w:p>
    <w:p w14:paraId="1C63B412" w14:textId="77777777" w:rsidR="009C468D" w:rsidRDefault="00000000">
      <w:r>
        <w:t>• The Club must inform the League immediately</w:t>
      </w:r>
    </w:p>
    <w:p w14:paraId="37FFDEFF" w14:textId="77777777" w:rsidR="009C468D" w:rsidRDefault="00000000">
      <w:r>
        <w:t>• Notification must be provided at least 48 hours before the scheduled recording</w:t>
      </w:r>
    </w:p>
    <w:p w14:paraId="6E1AA8E9" w14:textId="77777777" w:rsidR="009C468D" w:rsidRDefault="009C468D"/>
    <w:p w14:paraId="0FCEEF67" w14:textId="77777777" w:rsidR="009C468D" w:rsidRPr="000E175E" w:rsidRDefault="00000000">
      <w:pPr>
        <w:rPr>
          <w:b/>
          <w:bCs/>
          <w:i/>
          <w:iCs/>
        </w:rPr>
      </w:pPr>
      <w:r w:rsidRPr="000E175E">
        <w:rPr>
          <w:b/>
          <w:bCs/>
          <w:i/>
          <w:iCs/>
        </w:rPr>
        <w:t>4. Safeguarding &amp; Data Protection</w:t>
      </w:r>
    </w:p>
    <w:p w14:paraId="10C30688" w14:textId="77777777" w:rsidR="009C468D" w:rsidRDefault="00000000">
      <w:r>
        <w:t>• A dedicated League Committee Officer with a valid DBS check will manage recordings</w:t>
      </w:r>
    </w:p>
    <w:p w14:paraId="24DE4728" w14:textId="77777777" w:rsidR="009C468D" w:rsidRDefault="00000000">
      <w:r>
        <w:t>• All footage will be uploaded using League-owned devices only</w:t>
      </w:r>
    </w:p>
    <w:p w14:paraId="7E5C8266" w14:textId="77777777" w:rsidR="009C468D" w:rsidRDefault="00000000">
      <w:r>
        <w:t>• No footage will be stored on personal devices</w:t>
      </w:r>
    </w:p>
    <w:p w14:paraId="3E037E16" w14:textId="77777777" w:rsidR="009C468D" w:rsidRDefault="009C468D"/>
    <w:p w14:paraId="2708F593" w14:textId="77777777" w:rsidR="009C468D" w:rsidRPr="000E175E" w:rsidRDefault="00000000">
      <w:pPr>
        <w:rPr>
          <w:b/>
          <w:bCs/>
          <w:i/>
          <w:iCs/>
        </w:rPr>
      </w:pPr>
      <w:r w:rsidRPr="000E175E">
        <w:rPr>
          <w:b/>
          <w:bCs/>
          <w:i/>
          <w:iCs/>
        </w:rPr>
        <w:t>5. Storage, Use &amp; Deletion</w:t>
      </w:r>
    </w:p>
    <w:p w14:paraId="1DC1CB3E" w14:textId="77777777" w:rsidR="009C468D" w:rsidRDefault="00000000">
      <w:r>
        <w:t>• Videos may be shared via Veō and official League/Club media</w:t>
      </w:r>
    </w:p>
    <w:p w14:paraId="1AE7F91F" w14:textId="3A03F219" w:rsidR="009C468D" w:rsidRDefault="00000000">
      <w:r>
        <w:t>• All footage will be deleted once shared and media use is complete</w:t>
      </w:r>
    </w:p>
    <w:p w14:paraId="68FB06E4" w14:textId="77777777" w:rsidR="000741A8" w:rsidRDefault="000741A8"/>
    <w:p w14:paraId="3182AF09" w14:textId="4F7CE3E3" w:rsidR="009C468D" w:rsidRPr="000741A8" w:rsidRDefault="00000000">
      <w:pPr>
        <w:rPr>
          <w:b/>
          <w:bCs/>
          <w:i/>
          <w:iCs/>
        </w:rPr>
      </w:pPr>
      <w:r w:rsidRPr="000E175E">
        <w:rPr>
          <w:b/>
          <w:bCs/>
          <w:i/>
          <w:iCs/>
        </w:rPr>
        <w:t>6. Club Declaration</w:t>
      </w:r>
      <w:r w:rsidR="000741A8">
        <w:rPr>
          <w:b/>
          <w:bCs/>
          <w:i/>
          <w:iCs/>
        </w:rPr>
        <w:br/>
      </w:r>
    </w:p>
    <w:p w14:paraId="7D81B41F" w14:textId="77777777" w:rsidR="009C468D" w:rsidRDefault="00000000">
      <w:r>
        <w:t>Club Name: ______________________________</w:t>
      </w:r>
    </w:p>
    <w:p w14:paraId="73E810E1" w14:textId="77777777" w:rsidR="009C468D" w:rsidRDefault="00000000">
      <w:r>
        <w:t>League: _________________________________</w:t>
      </w:r>
    </w:p>
    <w:p w14:paraId="28DC7F1A" w14:textId="77777777" w:rsidR="009C468D" w:rsidRDefault="009C468D"/>
    <w:p w14:paraId="2E04C98F" w14:textId="77777777" w:rsidR="009C468D" w:rsidRDefault="00000000">
      <w:r>
        <w:t>I confirm that this Club has obtained all required consents and agrees to comply with FAW safeguarding, data protection regulations, and League policies.</w:t>
      </w:r>
    </w:p>
    <w:p w14:paraId="08B546DF" w14:textId="77777777" w:rsidR="009C468D" w:rsidRDefault="009C468D"/>
    <w:p w14:paraId="2D6C9D46" w14:textId="77777777" w:rsidR="009C468D" w:rsidRDefault="00000000">
      <w:r>
        <w:t>Name (Club Representative): ___________________________</w:t>
      </w:r>
    </w:p>
    <w:p w14:paraId="3ADA4C1D" w14:textId="77777777" w:rsidR="009C468D" w:rsidRDefault="00000000">
      <w:r>
        <w:t>Role: ___________________________________</w:t>
      </w:r>
    </w:p>
    <w:p w14:paraId="63A6CB86" w14:textId="77777777" w:rsidR="009C468D" w:rsidRDefault="00000000">
      <w:r>
        <w:t>Signature: _______________________________</w:t>
      </w:r>
    </w:p>
    <w:p w14:paraId="10DACF77" w14:textId="77777777" w:rsidR="009C468D" w:rsidRDefault="00000000">
      <w:r>
        <w:t>Date: _________________________________</w:t>
      </w:r>
    </w:p>
    <w:sectPr w:rsidR="009C468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0860052">
    <w:abstractNumId w:val="8"/>
  </w:num>
  <w:num w:numId="2" w16cid:durableId="239143658">
    <w:abstractNumId w:val="6"/>
  </w:num>
  <w:num w:numId="3" w16cid:durableId="287051340">
    <w:abstractNumId w:val="5"/>
  </w:num>
  <w:num w:numId="4" w16cid:durableId="134640542">
    <w:abstractNumId w:val="4"/>
  </w:num>
  <w:num w:numId="5" w16cid:durableId="177886993">
    <w:abstractNumId w:val="7"/>
  </w:num>
  <w:num w:numId="6" w16cid:durableId="893662600">
    <w:abstractNumId w:val="3"/>
  </w:num>
  <w:num w:numId="7" w16cid:durableId="377752058">
    <w:abstractNumId w:val="2"/>
  </w:num>
  <w:num w:numId="8" w16cid:durableId="922566573">
    <w:abstractNumId w:val="1"/>
  </w:num>
  <w:num w:numId="9" w16cid:durableId="131722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1A8"/>
    <w:rsid w:val="000E175E"/>
    <w:rsid w:val="0015074B"/>
    <w:rsid w:val="0029639D"/>
    <w:rsid w:val="00300CAB"/>
    <w:rsid w:val="00326F90"/>
    <w:rsid w:val="00644DFB"/>
    <w:rsid w:val="009C468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5CA1F3"/>
  <w14:defaultImageDpi w14:val="300"/>
  <w15:docId w15:val="{0FC3436A-4D2A-DA4C-9D01-A205819F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Jody Pugh (Cambrian United)</cp:lastModifiedBy>
  <cp:revision>4</cp:revision>
  <dcterms:created xsi:type="dcterms:W3CDTF">2026-01-21T21:09:00Z</dcterms:created>
  <dcterms:modified xsi:type="dcterms:W3CDTF">2026-01-21T21:11:00Z</dcterms:modified>
  <cp:category/>
</cp:coreProperties>
</file>